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הלוח - חובה, בחירה ואוורור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סוגי המשימות לניתוח סיפור כמו עלילה, דמות וקונפליקט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מנקודת מבט של דמות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מבנה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משימת החובה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משימות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(תיאור של דמות מהסיפור, תכונות ומראה)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(סידור האירועים בסיפור על ציר או מפה)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(מעקב אחר הרגשות של דמות לאורך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(כתיבת מכתב אישי אל אחת הדמויות)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משימת החובה משותפת לכל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בוחרים משימת בחירה אחת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הצעדים בבניית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מבנה ללוח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כתבו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משימת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בחרו משימת בחירה ומשימת אוורור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מציין שם משימה ונותן נימוק קצר וברור הקשור לתוכן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משימה משותפת שכולם עושים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שם משימה והסבר קצר ומדויק לתוכנה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- משימה מהותית לניתוח הסיפור, אוורור - משימה קלילה ויצירתית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התרגול בזוגות לפני בניית הלוח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אחת לכל סוג משימה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פריטי skip_n ולהתמקד בזיהוי 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לטקסט סיפורי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בלוח הבחירה לטקסט סיפורי יש משימת חובה שכולם עושים, משימת בחירה אחת וממשימת אוורור קלילה אחת. בדף הזה נתרגל את סוגי המשימות ואת הרעיונות שמאחוריהן.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שם  ·  משותפת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מבנה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משימה חייבים לבצע כל התלמידים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משימת החובה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משימת הבחירה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משימת האוורור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משימות בוחרים מתוך רשימת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התאמת משימות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מעקב אחר הרגשות של דמות לאורך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מפת האירועים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כתיבת מכתב אישי אל אחת הדמויות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מדחום הרגשות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סידור האירועים בסיפור על ציר או מפה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תיאור של דמות מהסיפור, תכונות ומראה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משימת החובה זהה לכל התלמידים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יותר ממשימת בחירה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משימת החובה __________ לכל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השני בבניית הלוח כותבים את __________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הצעדים בבניית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את שם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מבנה ללוח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משימת בחירה ומשימת אוורור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בחרו משימת חובה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משימה אחת מתוך רשימת הבחירה וכתבו שתי שורות שמסבירות למה בחרתם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משימת החובה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למשימת בחירה אחת ולמה היא עוסקת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לטקסט סיפורי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