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הלוח - חובה, בחירה ואוורור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סוגי המשימות לניתוח סיפור כמו עלילה, דמות וקונפליקט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מנקודת מבט של דמות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משימת החובה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משימה קלילה ויצירתית לנשום 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הבעיה או המאבק המרכזי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לזהות רגע שבו דמות בוחרת מה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(תיאור של דמות מהסיפור, תכונות ומראה)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(סידור האירועים בסיפור על ציר או 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(מעקב אחר הרגשות של דמות לאורך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(כתיבת מכתב אישי אל אחת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(כתיבת הסיפור בצורת ידיעה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(דיבור פנימי של דמות אחת בגוף ראשון)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משימת החובה משותפת לכל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בוחרים משימת בחירה אחת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האוורור הוא משימה קלילה ויצירתית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המשימה מבקשת למצוא את המשפט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אימוג'י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 בבניית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מבנה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משימת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משימת בחירה ומשימת 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שלחו את הקישור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שם משימה ונותן נימוק קצר וברור הקשור לתוכן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משימה משותפת שכולם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משימה והסבר קצר ומדויק לתוכנה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- משימה מהותית לניתוח הסיפור, אוורור - משימה קלילה ויצירתית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התרגול בזוגות לפני בניית הלוח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לכל סוג משימה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עם משימות על סיפור. כולם עושים משימה אחת יחד. אחר כך כל אחד בוחר עוד שתי משימות. נתרגל מה יש בכל 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 מההתחלה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או המאבק המרכזי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דמות שמופיעים בסיפור ופועלים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או הלקח שהסיפור רוצה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ההחלטה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דמות צריכה לבחור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בין דבר שקרה לבין מה שגרם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פנימי של דמות אחת בגוף 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מדחום הרגשות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למעקב אחר הרגשות של דמות לאורך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משימה כולם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משימת החובה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משימת האוורור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משימת הסיום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בוחרים מהרשימה השנייה?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משמשת משימת האוורור?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הבנת הנקרא לעומק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קלילה ויצירתית לנשום אחריה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עוסקת משימת הקונפליקט?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המקום שבו מתרחש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הבעיה או המאבק המרכזי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במשימת רגע ההחלטה?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את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רגע שבו דמות בוחרת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את אורך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כתיבת הסיפור בצורת ידיעה עיתונאית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מפת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מעקב אחר הרגשות של דמות לאורך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מדחום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דיבור פנימי של דמות אחת בגוף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סידור האירועים בסיפור על ציר או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כתבה בעיתון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כתיבת מכתב אישי אל אחת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תיאור של דמות מהסיפור, תכונות ומראה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החובה זהה לכל התלמידים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יותר ממשימת בחירה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האוורור צריכה להיות רצינית ומורכבת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'משפט המפתח' עוסקת באיתור משפט חשוב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משימת החובה __________ לכל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בבניית הלוח כותבים את __________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במשימה 'ביקורת ב__________' מדרגים את הסיפור בכוכבים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במשימה 'הסיפור ב__________' מספרים את הסיפור בעזרת סמלים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הצעדים בבניית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שלחו את הקישור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משימת בחירה ומשימת אוורור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מבנה ללוח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משימת חובה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משימה אחת מתוך רשימת הבחירה וכתבו שתי שורות שמסבירות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משימת החובה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למשימת בחירה אחת ולמה היא עוסקת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בחירה למשימת אוורור?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