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הלוח - חובה, בחירה ואוורור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סוגי המשימות לניתוח סיפור כמו עלילה, דמות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מנקודת מבט של דמות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משימת החובה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משימה קלילה ויצירתית לנשום 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הבעיה או המאבק המרכזי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לזהות רגע שבו דמות בוחרת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(תיאור של דמות מהסיפור, תכונות ומראה)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(סידור האירועים בסיפור על ציר או 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(מעקב אחר הרגשות של דמות לאורך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(כתיבת מכתב אישי אל אחת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(כתיבת הסיפור בצורת ידיעה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(דיבור פנימי של דמות אחת בגוף ראשון)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משימת החובה משותפת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בוחרים משימת בחירה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האוורור הוא משימה קלילה ויצירתית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המשימה מבקשת למצוא את המשפט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אימוג'י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בבניית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משימת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משימת בחירה ומשימת 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שלחו את הקישור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שם משימה ונותן נימוק קצר וברור הקשור לתוכן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משימה משותפת שכולם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משימה והסבר קצר ומדויק לתוכנה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- משימה מהותית לניתוח הסיפור, אוורור - משימה קלילה ויצירתית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התרגול בזוגות לפני בניית הלוח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לכל סוג משימה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הבחירה לטקסט סיפורי יש משימת חובה שכולם עושים, משימת בחירה אחת וממשימת אוורור קלילה אחת. בדף הזה נתרגל את סוגי המשימות ואת הרעיונות שמאחוריהן.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משימה חייבים לבצע כל התלמידים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משימת החובה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משימת האוורור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משימת הסיום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בוחרים מתוך רשימת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משימת האוורור?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הבנת הנקרא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קלילה ויצירתית לנשום אחריה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המשימה 'הקונפליקט' עוסקת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הבעיה או המאבק המרכזי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המשימה 'רגע ההחלטה' מבקשת מהתלמיד...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את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רגע שבו דמות בוחרת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את אורך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כתיבת הסיפור בצורת ידיעה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מפת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של דמות מהסיפור, תכונות ומראה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כתיבת מכתב אישי אל אחת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דיבור פנימי של דמות אחת בגוף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כתבה בעיתון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סידור האירועים בסיפור על ציר או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מעקב אחר הרגשות של דמות לאורך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החובה זהה לכל התלמידים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יותר ממשימת בחירה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האוורור צריכה להיות רצינית ומורכבת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'משפט המפתח' עוסקת באיתור משפט חשוב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משימת החובה __________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בבניית הלוח כותבים את __________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במשימה 'ביקורת ב__________' מדרגים את הסיפור בכוכבים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במשימה 'הסיפור ב__________' מספרים את הסיפור בעזרת סמלים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 בבניית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משימת בחירה ומשימת אוורור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משימת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מבנה ללוח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שלחו את הקישור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מתוך רשימת הבחירה וכתבו שתי שורות שמסבירות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משימת החובה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למשימת בחירה אחת ולמה היא עוסקת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בחירה למשימת אוורור?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